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[Dénomination sociale de l'entreprise]</w:t>
      </w:r>
    </w:p>
    <w:p>
      <w:r>
        <w:t>[Forme juridique], SIREN [numéro]</w:t>
      </w:r>
    </w:p>
    <w:p>
      <w:r>
        <w:t>[Adresse du siège]</w:t>
      </w:r>
    </w:p>
    <w:p>
      <w:r>
        <w:t>[Code postal, ville]</w:t>
      </w:r>
    </w:p>
    <w:p>
      <w:pPr>
        <w:jc w:val="right"/>
      </w:pPr>
      <w:r>
        <w:t>[Madame / Monsieur] [Prénom, nom du candidat]</w:t>
      </w:r>
    </w:p>
    <w:p>
      <w:pPr>
        <w:jc w:val="right"/>
      </w:pPr>
      <w:r>
        <w:t>[Adresse]</w:t>
      </w:r>
    </w:p>
    <w:p>
      <w:pPr>
        <w:jc w:val="right"/>
      </w:pPr>
      <w:r>
        <w:t>[Code postal, ville]</w:t>
      </w:r>
    </w:p>
    <w:p>
      <w:r>
        <w:rPr>
          <w:i/>
        </w:rPr>
        <w:t>Lettre recommandée avec accusé de réception n° [numéro] ou remise en main propre contre décharge</w:t>
      </w:r>
    </w:p>
    <w:p>
      <w:pPr>
        <w:jc w:val="right"/>
      </w:pPr>
      <w:r>
        <w:t>À [ville], le [date]</w:t>
      </w:r>
    </w:p>
    <w:p>
      <w:r>
        <w:rPr>
          <w:b/>
        </w:rPr>
        <w:t>Objet : promesse unilatérale de contrat de travail</w:t>
      </w:r>
    </w:p>
    <w:p>
      <w:r>
        <w:t>[Madame / Monsieur],</w:t>
      </w:r>
    </w:p>
    <w:p>
      <w:r>
        <w:t>À la suite de nos entretiens, nous avons le plaisir de vous confirmer que votre candidature a été retenue. Par la présente, la société [dénomination] s'engage à vous embaucher aux conditions suivantes, dès que vous aurez accepté cette promesse dans le délai indiqué ci-dessous.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Poste</w:t>
            </w:r>
          </w:p>
        </w:tc>
        <w:tc>
          <w:tcPr>
            <w:tcW w:type="dxa" w:w="4320"/>
          </w:tcPr>
          <w:p>
            <w:r>
              <w:t>[Intitulé du poste], statut [employé / agent de maîtrise / cadre], niveau [niveau], coefficient [coefficient] de la convention collective [intitulé, IDCC n°].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Contrat</w:t>
            </w:r>
          </w:p>
        </w:tc>
        <w:tc>
          <w:tcPr>
            <w:tcW w:type="dxa" w:w="4320"/>
          </w:tcPr>
          <w:p>
            <w:r>
              <w:t>Contrat à durée [indéterminée / déterminée du [date] au [date], motif : [motif du recours au CDD]], à temps [plein / partiel de [nombre] heures par semaine].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d'entrée</w:t>
            </w:r>
          </w:p>
        </w:tc>
        <w:tc>
          <w:tcPr>
            <w:tcW w:type="dxa" w:w="4320"/>
          </w:tcPr>
          <w:p>
            <w:r>
              <w:t>Le [date d'entrée en fonction].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Lieu de travail</w:t>
            </w:r>
          </w:p>
        </w:tc>
        <w:tc>
          <w:tcPr>
            <w:tcW w:type="dxa" w:w="4320"/>
          </w:tcPr>
          <w:p>
            <w:r>
              <w:t>[Adresse du lieu de travail].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Rémunération</w:t>
            </w:r>
          </w:p>
        </w:tc>
        <w:tc>
          <w:tcPr>
            <w:tcW w:type="dxa" w:w="4320"/>
          </w:tcPr>
          <w:p>
            <w:r>
              <w:t>[Montant] euros brut par [mois / an], [sur 12 / 13 mois], [à compléter le cas échéant par une partie variable calculée comme suit : [modalités]].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Durée du travail</w:t>
            </w:r>
          </w:p>
        </w:tc>
        <w:tc>
          <w:tcPr>
            <w:tcW w:type="dxa" w:w="4320"/>
          </w:tcPr>
          <w:p>
            <w:r>
              <w:t>[35 heures par semaine / forfait de [nombre] jours par an].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Période d'essai</w:t>
            </w:r>
          </w:p>
        </w:tc>
        <w:tc>
          <w:tcPr>
            <w:tcW w:type="dxa" w:w="4320"/>
          </w:tcPr>
          <w:p>
            <w:r>
              <w:t>[Durée], [renouvelable une fois pour [durée] si la convention collective le permet / sans renouvellement].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Autres éléments</w:t>
            </w:r>
          </w:p>
        </w:tc>
        <w:tc>
          <w:tcPr>
            <w:tcW w:type="dxa" w:w="4320"/>
          </w:tcPr>
          <w:p>
            <w:r>
              <w:t>[Avantages : mutuelle, titres-restaurant, véhicule, télétravail...] [Clause éventuelle de mobilité ou de non-concurrence, qui devra figurer au contrat de travail.]</w:t>
            </w:r>
          </w:p>
        </w:tc>
      </w:tr>
    </w:tbl>
    <w:p/>
    <w:p>
      <w:r>
        <w:t>Cette promesse vous donne le droit d'opter pour la conclusion du contrat de travail décrit ci-dessus, dont seul votre consentement manque à la formation. Vous disposez d'un délai de [nombre] jours, soit jusqu'au [date limite] inclus, pour nous faire connaître votre décision. Pendant ce délai, la société s'interdit de retirer sa promesse.</w:t>
      </w:r>
    </w:p>
    <w:p>
      <w:r>
        <w:t>Pour accepter, retournez-nous un exemplaire de la présente lettre daté et signé, précédé de la mention « Bon pour acceptation », par courrier ou par courriel à [adresse électronique]. À défaut de réponse au terme du délai, la promesse sera caduque.</w:t>
      </w:r>
    </w:p>
    <w:p>
      <w:r>
        <w:t>Le contrat de travail écrit, reprenant ces conditions, vous sera remis au plus tard à votre date d'entrée. [Facultatif : votre embauche reste subordonnée à [condition objective, par exemple l'obtention du diplôme de [intitulé] ou de l'autorisation de travail], dont vous nous fournirez le justificatif avant le [date].]</w:t>
      </w:r>
    </w:p>
    <w:p>
      <w:r>
        <w:t>Nous vous prions d'agréer, [Madame / Monsieur], l'expression de nos salutations distinguées.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Pour la société, [prénom, nom], [fonction]</w:t>
              <w:br/>
              <w:t>Signature</w:t>
            </w:r>
          </w:p>
        </w:tc>
        <w:tc>
          <w:tcPr>
            <w:tcW w:type="dxa" w:w="4320"/>
          </w:tcPr>
          <w:p>
            <w:r>
              <w:t>Bon pour acceptation, le [date]</w:t>
              <w:br/>
              <w:t>[Prénom, nom du candidat]</w:t>
              <w:br/>
              <w:t>Signature</w:t>
            </w:r>
          </w:p>
        </w:tc>
      </w:tr>
    </w:tbl>
    <w:p/>
    <w:p>
      <w:r>
        <w:rPr>
          <w:i/>
          <w:sz w:val="18"/>
        </w:rPr>
        <w:t>Modèle indicatif proposé par centre-affaires-92.fr. Adaptez-le à votre convention collective et à votre situation ; faites-le vérifier par un professionnel en cas de doute.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