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[Prénom Nom du locataire]</w:t>
      </w:r>
    </w:p>
    <w:p>
      <w:pPr>
        <w:spacing w:after="0"/>
      </w:pPr>
      <w:r>
        <w:t>[Adresse actuelle]</w:t>
      </w:r>
    </w:p>
    <w:p>
      <w:pPr>
        <w:spacing w:after="0"/>
      </w:pPr>
      <w:r>
        <w:t>[Code postal, ville]</w:t>
      </w:r>
    </w:p>
    <w:p>
      <w:pPr>
        <w:spacing w:after="0"/>
      </w:pPr>
      <w:r>
        <w:t>[Téléphone, e-mail]</w:t>
      </w:r>
    </w:p>
    <w:p/>
    <w:p>
      <w:pPr>
        <w:spacing w:after="0"/>
        <w:jc w:val="right"/>
      </w:pPr>
      <w:r>
        <w:t>[Nom du bailleur ou de l'agence]</w:t>
      </w:r>
    </w:p>
    <w:p>
      <w:pPr>
        <w:spacing w:after="0"/>
        <w:jc w:val="right"/>
      </w:pPr>
      <w:r>
        <w:t>[Adresse]</w:t>
      </w:r>
    </w:p>
    <w:p>
      <w:pPr>
        <w:spacing w:after="0"/>
        <w:jc w:val="right"/>
      </w:pPr>
      <w:r>
        <w:t>[Code postal, ville]</w:t>
      </w:r>
    </w:p>
    <w:p/>
    <w:p>
      <w:pPr>
        <w:jc w:val="right"/>
      </w:pPr>
      <w:r>
        <w:t>[Ville], le [date]</w:t>
      </w:r>
    </w:p>
    <w:p>
      <w:r>
        <w:rPr>
          <w:i/>
        </w:rPr>
        <w:t>Lettre recommandée avec avis de réception [ou remise en main propre contre récépissé]</w:t>
      </w:r>
    </w:p>
    <w:p>
      <w:r>
        <w:rPr>
          <w:b/>
        </w:rPr>
        <w:t xml:space="preserve">Objet : </w:t>
      </w:r>
      <w:r>
        <w:t>Congé du logement situé [adresse complète du logement loué]</w:t>
      </w:r>
    </w:p>
    <w:p>
      <w:r>
        <w:t>Madame, Monsieur,</w:t>
      </w:r>
    </w:p>
    <w:p>
      <w:r>
        <w:t>Locataire du logement situé [adresse complète] en vertu d'un bail signé le [date de signature], je vous informe de ma décision de mettre fin à ce bail et vous donne congé conformément à [l'article 15 de la loi n° 89-462 du 6 juillet 1989 (logement vide) / l'article 25-8 de la loi n° 89-462 du 6 juillet 1989 (logement meublé)].</w:t>
      </w:r>
    </w:p>
    <w:p>
      <w:r>
        <w:t>Le délai de préavis applicable est de [3 mois (logement vide) / 1 mois (logement meublé)]. Il court à compter de la réception de la présente lettre. Mon départ interviendra donc au plus tard le [date de fin du préavis].</w:t>
      </w:r>
    </w:p>
    <w:p>
      <w:r>
        <w:t>Je vous propose d'établir l'état des lieux de sortie et de procéder à la remise des clés le [date proposée] à [heure], ou à toute autre date qui vous conviendrait avant la fin du préavis.</w:t>
      </w:r>
    </w:p>
    <w:p>
      <w:r>
        <w:t>Je vous remercie de me restituer le dépôt de garantie dans les délais prévus par la loi, à ma nouvelle adresse : [nouvelle adresse], ou par virement sur le compte dont je vous communique le RIB.</w:t>
      </w:r>
    </w:p>
    <w:p>
      <w:r>
        <w:t>Je vous prie d'agréer, Madame, Monsieur, l'expression de mes salutations distinguées.</w:t>
      </w:r>
    </w:p>
    <w:p/>
    <w:p>
      <w:r>
        <w:t>[Signature du ou des locataires titulaires du bail]</w:t>
      </w:r>
    </w:p>
    <w:p>
      <w:r>
        <w:rPr>
          <w:i/>
          <w:sz w:val="17"/>
        </w:rPr>
        <w:t>Modèle indicatif proposé par centre-affaires-92.fr, à jour en octobre 2026. Complétez les passages entre crochets, supprimez les options inutiles et faites vérifier le document par un professionnel du droit en cas de doute.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