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t>[Prénom Nom du locataire]</w:t>
      </w:r>
    </w:p>
    <w:p>
      <w:pPr>
        <w:spacing w:after="0"/>
      </w:pPr>
      <w:r>
        <w:t>[Adresse actuelle]</w:t>
      </w:r>
    </w:p>
    <w:p>
      <w:pPr>
        <w:spacing w:after="0"/>
      </w:pPr>
      <w:r>
        <w:t>[Code postal, ville]</w:t>
      </w:r>
    </w:p>
    <w:p>
      <w:pPr>
        <w:spacing w:after="0"/>
      </w:pPr>
      <w:r>
        <w:t>[Téléphone, e-mail]</w:t>
      </w:r>
    </w:p>
    <w:p/>
    <w:p>
      <w:pPr>
        <w:spacing w:after="0"/>
        <w:jc w:val="right"/>
      </w:pPr>
      <w:r>
        <w:t>[Nom du bailleur ou de l'agence]</w:t>
      </w:r>
    </w:p>
    <w:p>
      <w:pPr>
        <w:spacing w:after="0"/>
        <w:jc w:val="right"/>
      </w:pPr>
      <w:r>
        <w:t>[Adresse]</w:t>
      </w:r>
    </w:p>
    <w:p>
      <w:pPr>
        <w:spacing w:after="0"/>
        <w:jc w:val="right"/>
      </w:pPr>
      <w:r>
        <w:t>[Code postal, ville]</w:t>
      </w:r>
    </w:p>
    <w:p/>
    <w:p>
      <w:pPr>
        <w:jc w:val="right"/>
      </w:pPr>
      <w:r>
        <w:t>[Ville], le [date]</w:t>
      </w:r>
    </w:p>
    <w:p>
      <w:r>
        <w:rPr>
          <w:i/>
        </w:rPr>
        <w:t>Lettre recommandée avec avis de réception [ou remise en main propre contre récépissé]</w:t>
      </w:r>
    </w:p>
    <w:p>
      <w:r>
        <w:rPr>
          <w:b/>
        </w:rPr>
        <w:t xml:space="preserve">Objet : </w:t>
      </w:r>
      <w:r>
        <w:t>Congé avec préavis réduit à un mois, logement situé [adresse complète]</w:t>
      </w:r>
    </w:p>
    <w:p>
      <w:r>
        <w:t>Madame, Monsieur,</w:t>
      </w:r>
    </w:p>
    <w:p>
      <w:r>
        <w:t>Locataire du logement situé [adresse complète] en vertu d'un bail signé le [date de signature], je vous donne congé de ce logement.</w:t>
      </w:r>
    </w:p>
    <w:p>
      <w:r>
        <w:t>Je bénéficie d'un délai de préavis réduit à un mois en application de l'article 15 de la loi n° 89-462 du 6 juillet 1989, pour le motif suivant (conserver la mention utile) :</w:t>
      </w:r>
    </w:p>
    <w:p>
      <w:r>
        <w:t>[Le logement est situé dans une zone tendue au sens du décret n° 2013-392 du 10 mai 2013.] [Obtention d'un premier emploi.] [Mutation professionnelle.] [Perte d'emploi.] [Nouvel emploi consécutif à une perte d'emploi.] [État de santé, constaté par un certificat médical, justifiant un changement de domicile.] [Bénéficiaire du revenu de solidarité active ou de l'allocation aux adultes handicapés.] [Attribution d'un logement social.] [Violences commises au sein du couple ou sur un enfant résidant habituellement avec moi.]</w:t>
      </w:r>
    </w:p>
    <w:p>
      <w:r>
        <w:t>Vous trouverez ci-joint le justificatif correspondant : [contrat de travail, attestation de l'employeur, attestation France Travail, certificat médical, attestation CAF, proposition de logement social, ordonnance de protection ou autre pièce]. Aucun justificatif n'est requis pour la zone tendue.</w:t>
      </w:r>
    </w:p>
    <w:p>
      <w:r>
        <w:t>Le préavis d'un mois court à compter de la réception de la présente lettre. Je libérerai le logement au plus tard le [date de fin du préavis] et vous propose d'établir l'état des lieux de sortie le [date].</w:t>
      </w:r>
    </w:p>
    <w:p>
      <w:r>
        <w:t>Je vous prie d'agréer, Madame, Monsieur, l'expression de mes salutations distinguées.</w:t>
      </w:r>
    </w:p>
    <w:p/>
    <w:p>
      <w:r>
        <w:t>[Signature]  -  Pièce jointe : [justificatif]</w:t>
      </w:r>
    </w:p>
    <w:p>
      <w:r>
        <w:rPr>
          <w:i/>
          <w:sz w:val="17"/>
        </w:rPr>
        <w:t>Modèle indicatif proposé par centre-affaires-92.fr, à jour en octobre 2026. Complétez les passages entre crochets, supprimez les options inutiles et faites vérifier le document par un professionnel du droit en cas de doute.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