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[Prénom Nom]</w:t>
      </w:r>
    </w:p>
    <w:p>
      <w:r>
        <w:t>[Adresse]</w:t>
      </w:r>
    </w:p>
    <w:p>
      <w:r>
        <w:t>[Code postal, ville]</w:t>
      </w:r>
    </w:p>
    <w:p>
      <w:r>
        <w:t>[Téléphone, e-mail]</w:t>
      </w:r>
    </w:p>
    <w:p>
      <w:pPr>
        <w:jc w:val="right"/>
      </w:pPr>
      <w:r>
        <w:t>[Dénomination de l'employeur]</w:t>
      </w:r>
    </w:p>
    <w:p>
      <w:pPr>
        <w:jc w:val="right"/>
      </w:pPr>
      <w:r>
        <w:t>À l'attention de [Madame / Monsieur] [Nom], [fonction]</w:t>
      </w:r>
    </w:p>
    <w:p>
      <w:pPr>
        <w:jc w:val="right"/>
      </w:pPr>
      <w:r>
        <w:t>[Adresse]</w:t>
      </w:r>
    </w:p>
    <w:p>
      <w:pPr>
        <w:jc w:val="right"/>
      </w:pPr>
      <w:r>
        <w:t>[Code postal, ville]</w:t>
      </w:r>
    </w:p>
    <w:p>
      <w:r>
        <w:rPr>
          <w:i/>
        </w:rPr>
        <w:t>Lettre recommandée avec accusé de réception n° [numéro] / Lettre remise en main propre contre décharge</w:t>
      </w:r>
    </w:p>
    <w:p>
      <w:pPr>
        <w:jc w:val="right"/>
      </w:pPr>
      <w:r>
        <w:t>À [ville], le [date]</w:t>
      </w:r>
    </w:p>
    <w:p>
      <w:r>
        <w:rPr>
          <w:b/>
        </w:rPr>
        <w:t>Objet : démission de mon poste de [intitulé du poste]</w:t>
      </w:r>
    </w:p>
    <w:p>
      <w:r>
        <w:t>[Madame / Monsieur],</w:t>
      </w:r>
    </w:p>
    <w:p>
      <w:r>
        <w:t>Par la présente, je vous informe de ma décision de démissionner du poste de [intitulé du poste] que j'occupe depuis le [date d'embauche] dans le cadre d'un contrat à durée indéterminée.</w:t>
      </w:r>
    </w:p>
    <w:p>
      <w:r>
        <w:rPr>
          <w:b/>
          <w:i/>
        </w:rPr>
        <w:t xml:space="preserve">[Option A, préavis à compter de la réception] </w:t>
      </w:r>
      <w:r>
        <w:t>Conformément à [la convention collective [intitulé], article [numéro] / mon contrat de travail], j'effectuerai un préavis de [durée], qui commencera à courir à la date de réception de ce courrier. Mon contrat prendra donc fin le [date de fin de préavis, à vérifier].</w:t>
      </w:r>
    </w:p>
    <w:p>
      <w:r>
        <w:rPr>
          <w:b/>
          <w:i/>
        </w:rPr>
        <w:t xml:space="preserve">[Option B, date d'effet différée] </w:t>
      </w:r>
      <w:r>
        <w:t>Je souhaite que mon préavis de [durée] débute le [date de début choisie, postérieure à la réception de ce courrier]. Mon contrat prendra donc fin le [date de fin].</w:t>
      </w:r>
    </w:p>
    <w:p>
      <w:r>
        <w:rPr>
          <w:b/>
          <w:i/>
        </w:rPr>
        <w:t xml:space="preserve">[Option C, demande de dispense de préavis] </w:t>
      </w:r>
      <w:r>
        <w:t>Je sollicite une dispense de tout ou partie de mon préavis de [durée], afin de quitter l'entreprise le [date souhaitée]. Je vous remercie de me faire connaître votre réponse par écrit. À défaut d'accord, j'effectuerai mon préavis jusqu'au [date de fin].</w:t>
      </w:r>
    </w:p>
    <w:p>
      <w:r>
        <w:t>À l'issue de mon contrat, je vous remercie de me remettre mon certificat de travail, mon attestation France Travail et mon reçu pour solde de tout compte, ainsi que le relevé de mes droits à congés payés non pris.</w:t>
      </w:r>
    </w:p>
    <w:p>
      <w:r>
        <w:t>Je vous prie d'agréer, [Madame / Monsieur], l'expression de mes salutations distinguées.</w:t>
      </w:r>
    </w:p>
    <w:p/>
    <w:p>
      <w:pPr>
        <w:jc w:val="right"/>
      </w:pPr>
      <w:r>
        <w:t>[Signature]</w:t>
      </w:r>
    </w:p>
    <w:p>
      <w:pPr>
        <w:jc w:val="right"/>
      </w:pPr>
      <w:r>
        <w:t>[Prénom Nom]</w:t>
      </w:r>
    </w:p>
    <w:p/>
    <w:p>
      <w:r>
        <w:rPr>
          <w:sz w:val="19"/>
        </w:rPr>
        <w:t>Si remise en main propre : « Reçu le [date] », signature et nom du représentant de l'employeur : ____________</w:t>
      </w:r>
    </w:p>
    <w:p>
      <w:r>
        <w:rPr>
          <w:i/>
          <w:sz w:val="17"/>
        </w:rPr>
        <w:t>Modèle indicatif proposé par centre-affaires-92.fr. Gardez une seule des options A, B ou C et vérifiez la durée du préavis dans votre convention collective ou votre contrat.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