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t>[Dénomination sociale, forme, capital]</w:t>
      </w:r>
    </w:p>
    <w:p>
      <w:pPr>
        <w:spacing w:after="0"/>
      </w:pPr>
      <w:r>
        <w:t>[Adresse du siège]</w:t>
      </w:r>
    </w:p>
    <w:p>
      <w:pPr>
        <w:spacing w:after="0"/>
      </w:pPr>
      <w:r>
        <w:t>RCS [ville] [numéro SIREN]</w:t>
      </w:r>
    </w:p>
    <w:p>
      <w:pPr>
        <w:spacing w:after="0"/>
      </w:pPr>
      <w:r>
        <w:t>Représentée par [nom, qualité]</w:t>
      </w:r>
    </w:p>
    <w:p/>
    <w:p>
      <w:pPr>
        <w:spacing w:after="0"/>
        <w:jc w:val="right"/>
      </w:pPr>
      <w:r>
        <w:t>[Nom du bailleur ou de l'agence]</w:t>
      </w:r>
    </w:p>
    <w:p>
      <w:pPr>
        <w:spacing w:after="0"/>
        <w:jc w:val="right"/>
      </w:pPr>
      <w:r>
        <w:t>[Adresse]</w:t>
      </w:r>
    </w:p>
    <w:p>
      <w:pPr>
        <w:spacing w:after="0"/>
        <w:jc w:val="right"/>
      </w:pPr>
      <w:r>
        <w:t>[Code postal, ville]</w:t>
      </w:r>
    </w:p>
    <w:p/>
    <w:p>
      <w:pPr>
        <w:jc w:val="right"/>
      </w:pPr>
      <w:r>
        <w:t>[Ville], le [date]</w:t>
      </w:r>
    </w:p>
    <w:p>
      <w:r>
        <w:rPr>
          <w:i/>
        </w:rPr>
        <w:t>Lettre recommandée avec demande d'avis de réception [ou acte de commissaire de justice]</w:t>
      </w:r>
    </w:p>
    <w:p>
      <w:r>
        <w:rPr>
          <w:b/>
        </w:rPr>
        <w:t xml:space="preserve">Objet : </w:t>
      </w:r>
      <w:r>
        <w:t>Demande de renouvellement du bail commercial, locaux situés [adresse des locaux]</w:t>
      </w:r>
    </w:p>
    <w:p>
      <w:r>
        <w:t>Madame, Monsieur,</w:t>
      </w:r>
    </w:p>
    <w:p>
      <w:r>
        <w:t>Nous sommes titulaires d'un bail commercial portant sur les locaux situés [adresse], conclu le [date] pour une durée de [neuf] ans, qui [expire le [date] / se poursuit par tacite prolongation depuis le [date]].</w:t>
      </w:r>
    </w:p>
    <w:p>
      <w:r>
        <w:t>Conformément à l'article L. 145-10 du Code de commerce, nous vous demandons le renouvellement de ce bail aux clauses et conditions du bail expiré, [pour un loyer annuel de [montant] euros hors taxes et hors charges, correspondant à la variation de l'indice applicable / le montant du loyer restant à fixer entre nous].</w:t>
      </w:r>
    </w:p>
    <w:p>
      <w:r>
        <w:t>Conformément à l'article L. 145-10 du Code de commerce, nous reproduisons les termes de son quatrième alinéa : « Dans les trois mois de la notification de la demande en renouvellement, le bailleur doit, dans les mêmes formes, faire connaître au demandeur s'il refuse le renouvellement en précisant les motifs de ce refus. A défaut d'avoir fait connaître ses intentions dans ce délai, le bailleur est réputé avoir accepté le principe du renouvellement du bail précédent. »</w:t>
      </w:r>
    </w:p>
    <w:p>
      <w:r>
        <w:t>Nous vous prions d'agréer, Madame, Monsieur, l'expression de nos salutations distinguées.</w:t>
      </w:r>
    </w:p>
    <w:p/>
    <w:p>
      <w:r>
        <w:t>[Nom, qualité et signature du représentant légal]</w:t>
      </w:r>
    </w:p>
    <w:p>
      <w:r>
        <w:rPr>
          <w:i/>
          <w:sz w:val="17"/>
        </w:rPr>
        <w:t>Modèle indicatif proposé par centre-affaires-92.fr, à jour en octobre 2026. Complétez les passages entre crochets, supprimez les options inutiles et faites vérifier le document par un professionnel du droit en cas de doute.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