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CONTRAT DE TRAVAIL À DURÉE INDÉTERMINÉE</w:t>
      </w:r>
    </w:p>
    <w:p>
      <w:r>
        <w:rPr>
          <w:b/>
        </w:rPr>
        <w:t>Entre les soussignés :</w:t>
      </w:r>
    </w:p>
    <w:p>
      <w:r>
        <w:rPr>
          <w:b w:val="0"/>
        </w:rPr>
        <w:t>La société [dénomination sociale], [forme juridique] au capital de [montant] euros, dont le siège social est situé [adresse], immatriculée au RCS de [ville] sous le numéro [SIREN], représentée par [nom, prénom], en qualité de [fonction], ci-après « l'employeur »,</w:t>
      </w:r>
    </w:p>
    <w:p>
      <w:r>
        <w:rPr>
          <w:b/>
        </w:rPr>
        <w:t>Et</w:t>
      </w:r>
    </w:p>
    <w:p>
      <w:r>
        <w:rPr>
          <w:b w:val="0"/>
        </w:rPr>
        <w:t>[Madame / Monsieur] [nom, prénom], né(e) le [date] à [lieu], de nationalité [nationalité], demeurant [adresse], numéro de sécurité sociale [numéro], ci-après « le salarié »,</w:t>
      </w:r>
    </w:p>
    <w:p>
      <w:r>
        <w:rPr>
          <w:b w:val="0"/>
        </w:rPr>
        <w:t>Il a été convenu ce qui suit.</w:t>
      </w:r>
    </w:p>
    <w:p>
      <w:pPr>
        <w:pStyle w:val="Heading2"/>
      </w:pPr>
      <w:r>
        <w:t>Article 1 — Engagement</w:t>
      </w:r>
    </w:p>
    <w:p>
      <w:r>
        <w:t>Le salarié est engagé à compter du [date d'entrée] pour une durée indéterminée. La déclaration préalable à l'embauche a été effectuée auprès de l'Urssaf de [ville]. Le présent contrat est régi par les dispositions du Code du travail et par la convention collective [intitulé, IDCC n°], dont un exemplaire est tenu à la disposition du salarié.</w:t>
      </w:r>
    </w:p>
    <w:p>
      <w:pPr>
        <w:pStyle w:val="Heading2"/>
      </w:pPr>
      <w:r>
        <w:t>Article 2 — Fonctions</w:t>
      </w:r>
    </w:p>
    <w:p>
      <w:r>
        <w:t>Le salarié occupe le poste de [intitulé du poste], statut [employé / agent de maîtrise / cadre], niveau [niveau], coefficient [coefficient] de la classification de la convention collective. Ses principales missions sont : [missions].</w:t>
      </w:r>
    </w:p>
    <w:p>
      <w:pPr>
        <w:pStyle w:val="Heading2"/>
      </w:pPr>
      <w:r>
        <w:t>Article 3 — Période d'essai</w:t>
      </w:r>
    </w:p>
    <w:p>
      <w:r>
        <w:t>Le contrat ne deviendra définitif qu'à l'issue d'une période d'essai de [durée], au cours de laquelle chacune des parties peut rompre le contrat en respectant le délai de prévenance prévu par la loi. [Si la convention collective le permet : cette période pourra être renouvelée une fois, pour une durée de [durée], avec l'accord écrit des deux parties.]</w:t>
      </w:r>
    </w:p>
    <w:p>
      <w:pPr>
        <w:pStyle w:val="Heading2"/>
      </w:pPr>
      <w:r>
        <w:t>Article 4 — Lieu de travail</w:t>
      </w:r>
    </w:p>
    <w:p>
      <w:r>
        <w:t>Le salarié exercera ses fonctions à [adresse du lieu de travail]. [Clause de mobilité éventuelle : zone géographique précisément définie.]</w:t>
      </w:r>
    </w:p>
    <w:p>
      <w:pPr>
        <w:pStyle w:val="Heading2"/>
      </w:pPr>
      <w:r>
        <w:t>Article 5 — Durée du travail</w:t>
      </w:r>
    </w:p>
    <w:p>
      <w:r>
        <w:t>Le salarié est soumis à une durée de travail de [35 heures par semaine / forfait]. Les horaires sont fixés selon l'organisation en vigueur dans l'entreprise. Les heures supplémentaires éventuelles sont accomplies à la demande de l'employeur et rémunérées conformément à la loi et à la convention collective.</w:t>
      </w:r>
    </w:p>
    <w:p>
      <w:pPr>
        <w:pStyle w:val="Heading2"/>
      </w:pPr>
      <w:r>
        <w:t>Article 6 — Rémunération</w:t>
      </w:r>
    </w:p>
    <w:p>
      <w:r>
        <w:t>Le salarié perçoit une rémunération mensuelle brute de [montant] euros pour la durée du travail prévue à l'article 5, versée le [jour] de chaque mois. [Primes, avantages en nature, remboursements de frais éventuels.]</w:t>
      </w:r>
    </w:p>
    <w:p>
      <w:pPr>
        <w:pStyle w:val="Heading2"/>
      </w:pPr>
      <w:r>
        <w:t>Article 7 — Congés payés</w:t>
      </w:r>
    </w:p>
    <w:p>
      <w:r>
        <w:t>Le salarié bénéficie des congés payés prévus par la loi et la convention collective, soit 2,5 jours ouvrables par mois de travail effectif.</w:t>
      </w:r>
    </w:p>
    <w:p>
      <w:pPr>
        <w:pStyle w:val="Heading2"/>
      </w:pPr>
      <w:r>
        <w:t>Article 8 — Protection sociale</w:t>
      </w:r>
    </w:p>
    <w:p>
      <w:r>
        <w:t>Le salarié est affilié aux régimes de retraite complémentaire [organisme], de prévoyance [organisme] et de complémentaire santé [organisme] en vigueur dans l'entreprise.</w:t>
      </w:r>
    </w:p>
    <w:p>
      <w:pPr>
        <w:pStyle w:val="Heading2"/>
      </w:pPr>
      <w:r>
        <w:t>Article 9 — Obligations du salarié</w:t>
      </w:r>
    </w:p>
    <w:p>
      <w:r>
        <w:t>Le salarié s'engage à respecter le règlement intérieur, les instructions de sa hiérarchie et une obligation de discrétion sur les informations confidentielles dont il a connaissance dans l'exercice de ses fonctions. [Clause de non-concurrence éventuelle : durée, zone, activités visées et contrepartie financière.]</w:t>
      </w:r>
    </w:p>
    <w:p>
      <w:pPr>
        <w:pStyle w:val="Heading2"/>
      </w:pPr>
      <w:r>
        <w:t>Article 10 — Rupture du contrat</w:t>
      </w:r>
    </w:p>
    <w:p>
      <w:r>
        <w:t>Le contrat peut être rompu par l'une ou l'autre des parties dans les conditions prévues par la loi et la convention collective, notamment en ce qui concerne le préavis.</w:t>
      </w:r>
    </w:p>
    <w:p/>
    <w:p>
      <w:r>
        <w:t>Fait à [ville], le [date], en deux exemplaires originaux.</w:t>
        <w:br/>
        <w:br/>
        <w:t>L'employeur (signature précédée de « lu et approuvé »)            Le salarié (signature précédée de « lu et approuvé »)</w:t>
      </w:r>
    </w:p>
    <w:p>
      <w:r>
        <w:rPr>
          <w:i/>
          <w:sz w:val="18"/>
        </w:rPr>
        <w:t>Modèle indicatif proposé par centre-affaires-92.fr. Adaptez-le à votre convention collective et à votre situation ; faites-le vérifier par un professionnel en cas de doute.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